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המשפחה על צורותיה השונות ואת מבנה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ראיון: שאלות פתוחות, הקשבה ורישום סיפורים של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שמות וחפצים נושאים זיכרון ומשמעות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לעקוב אחר התפתחות היישוב ולזהות דרכים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מעגלים של אנשים: משפחה קרובה, מורחבת ואנשים שהם כמו משפחה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השכנה רחל שאוספת אותו מבית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מעגלים של אנשים: משפחה קרובה, מורחבת ואנשים שהם כמו משפחה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המעגל השני הוא המשפחה המורחבת שכוללת קרובים כמו דודים וסבים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מודגש שכל משפחה נראית אחרת, ולכל אחת צורה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מעגלים של אנשים: משפחה קרובה, מורחבת ואנשים שהם כמו משפחה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מעגלים של אנשים: משפחה קרובה, מורחבת ואנשים שהם כמו משפחה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(משפחה קרובה)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(משפחה מורחבת)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(אנשים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(משפחה מורחבת)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עץ המשפחה שלי: דורות, שורשים וענפים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כמו עץ אמיתי יש לו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סבא רבא וסבתא רבתא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עץ המשפחה שלי: דורות, שורשים וענפים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שיש אנשים שמציירים את הדור הוותיק למטה ויש שמציירים אותו למעלה – שתי הדרכים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מציע אפשרות זו למי שלא מתאים לו עץ משפחה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עץ המשפחה שלי: דורות, שורשים וענפים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(סבא רבא וסבתא רבתא)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(אני, הנכדים והנכדות)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עץ המשפחה שלי: דורות, שורשים וענפים – בניית העץ שלב אחרי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השם שלי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את האנשים הקרובים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ממשיכים הלאה לדורות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מבוגרים שאלות כדי לגלות עוד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ראיון עם אדם שחשוב לי: שאלות פתוחות והקשבה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שבה אחד שואל והשני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ראיון עם אדם שחשוב לי: שאלות פתוחות והקשבה – מילים מהראיון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ראיון עם אדם שחשוב לי: שאלות פתוחות והקשבה – מהתכנון ועד התודה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מתכננים: בוחרים אדם מבוגר שחשוב וכותבים שאלות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שואלים: מתחילים בשאלה קלה ומדברים לאט וברור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חפץ עם סיפור ושם ומשמעותו – זיכרון ושמות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הסיפור והאהבה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חפץ עם סיפור ושם ומשמעותו – התאמה בין שם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שמאיר)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(תחילת הבוקר)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חפץ עם סיפור ושם ומשמעותו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החפץ הישן נושא סיפור וזיכרון של אדם או רגע מיוחד, ולא רק ערך כספי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השם הוא חלק מהזהות של האדם, וכיבוד השם מראה כבוד לאדם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היישוב שלי: ראשית המקום וסיור במפה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מים, אדמה טובה ודרך לעולם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הפך לכביש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היישוב שלי: ראשית המקום וסיור במפה – השלמה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בהתחלה היו רק כמה בתים קטנים והחיים לא היו 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דוגמאות לסימנים מהעבר שמוזכרים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היישוב שלי: ראשית המקום וסיור במפה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היישוב שלי: ראשית המקום וסיור במפה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(האנשים הראשונים שהתיישבו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(מקור מים ליישוב החדש)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שאפשר לגלות בו את סיפור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(סימן מהימים הראשונים של המקום)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אנשים טובים בקהילה ותערוכת השורשים המסכמת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ממליצה לכל ילד על ספר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מתנדב עוזר מרצונו בלי לקבל 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אנשים טובים בקהילה ותערוכת השורשים המסכמת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לפחות שני מעגלים שונים של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מספר/ת פרט אחד חדש שגילה/תה דרך ראיון, חפץ או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שינוי אחד ביישוב ודרך אחת לתרומה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מהלך היחידה – פרק אחד לכל 1-2 שיעורים, ולסיים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לכל תלמיד/ה לבחור 'משפחה שבחרתי' או 'אדם שחשוב לי' בכל משימה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לצמצם למשימת ציור או מילוי משפטים פתוחים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 את עמודי החוברת כבסיס לפינות התצוגה בתערוכת השורשים המסכמת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שורשים ומקום: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מסע בעקבות השורשים שלכם – מהמשפחה ועד היישוב שבו אתם גרים. בכל פרק יש משימות קריאה, כתיבה וציור; אפשר לבחור בכל שלב 'משפחה שבחרתי' או 'אדם שחשוב לי'. עבדו בקצב שלכם ושתפו בסוף כל פרק משהו שגיליתם.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איך  ·  שאלה  ·  חגים  ·  מתי  ·  מפה  ·  מייסדים  ·  בחרתי  ·  שלט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מעגלים של אנשים: משפחה קרובה, מורחבת ואנשים שהם כמו משפחה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הביאה המורה לכיתה בסיפור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נמצא במעגל הראשון,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המשפחה המורחבת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שהם כמו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מי סיפר רפאל בסיפור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דודה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השכנה רחל שאוספת אותו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סבא רבא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מעגלים של אנשים: משפחה קרובה, מורחבת ואנשים שהם כמו משפחה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במעגל השני, המורחב, נמצאים דודים, דודות, סבים וסבתות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במעגלים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מעגלים של אנשים: משפחה קרובה, מורחבת ואנשים שהם כמו משפחה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אנשים שהם לא קרובי משפחה אבל כמו משפחה נקראים "המשפחה ש__________"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כשמשפחה גרה רחוק, אפשר להישאר בקשר דרך הטלפון או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מעגלים של אנשים: משפחה קרובה, מורחבת ואנשים שהם כמו משפחה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 שגרה איתי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דודה שגרה בארץ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משפחה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שכנה שמכינה מרק כשאני חולה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משפחה מורחבת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סבא וסבתא שנפגשים כל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משפחה קרובה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עץ המשפחה שלי: דורות, שורשים וענפים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לציור הזה 'עץ משפחה'?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כמו עץ אמיתי יש לו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מציירים אותו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דורות מוזכרים בטקסט כשבונים עץ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נמצא בדור הראשון, הוותיק ביותר,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סבא רבא וסבתא רבתא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עץ המשפחה שלי: דורות, שורשים וענפים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המשפחות חייבות לצייר עץ בצורה אחת בלבד, עם שורשים למטה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ילד שגדל במשפחה מאמצת יכול לצייר 'עץ האנשים שלי' במקום עץ משפחה 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עץ המשפחה שלי: דורות, שורשים וענפים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אני, הנכדים והנכדות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סבא רבא וסבתא רבתא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סבים וסבתות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עץ המשפחה שלי: דורות, שורשים וענפים – בניית העץ שלב אחרי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ממשיכים הלאה לדורות נוספים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מבוגרים שאלות כדי לגלות עוד פרטים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השם שלי על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את האנשים הקרובים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ראיון עם אדם שחשוב לי: שאלות פתוחות והקשבה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שיחה שבה אחד שואל והשני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תודה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 של עץ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למי ששואל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למי שעונה ומספר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מאזין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ראיון עם אדם שחשוב לי: שאלות פתוחות והקשבה – מילים מהראיון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כל שאלה כתובה שמים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מילות שאלה חשובות הן: מי, מה, מתי, איפה, למה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ראיון עם אדם שחשוב לי: שאלות פתוחות והקשבה – מהתכנון ועד התודה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שואלים: מתחילים בשאלה קלה ומדברים לאט וברור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מתכננים: בוחרים אדם מבוגר שחשוב וכותבים שאלות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חפץ עם סיפור ושם ומשמעותו – זיכרון ושמות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הופך חפץ רגיל לחפץ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הסיפור והאהבה שבתוכו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חפץ מוזכר בטקסט כמשל לחפץ שמדליקים בו נרות בשבת?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פמוט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מאיזו ארץ הגיעה הכוס שמצאה טליה בארגז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פולין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חפץ עם סיפור ושם ומשמעותו – התאמה בין שם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שמאיר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תחילת הבוקר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חפץ עם סיפור ושם ומשמעותו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חפץ ישן יכול להיות חשוב יותר מחפץ חדש ויקר?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לבטא נכון את השם של כל ילד וילדה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היישוב שלי: ראשית המקום וסיור במפה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בדקו המייסדים לפני שהחליטו להישאר במקום?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מים, אדמה טובה ודרך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התושבים העתידי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גובה ההרים מסביב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לשביל הצר עם השנים?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נשאר שביל עפר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נעלם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היישוב שלי: ראשית המקום וסיור במפה – השלמה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בהתחלה היו ביישוב בתים רבים ובית ספר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סימנים מהימים הראשונים יכולים להיות עץ ענק או בית ישן עם קירות אבן.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היישוב שלי: ראשית המקום וסיור במפה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האנשים שהתחילו את היישוב נקראים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תכנון מסלול סיור חשוב לדעת לקרוא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היישוב שלי: ראשית המקום וסיור במפה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שאפשר לגלות בו את סיפור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סימן מהימים הראשונים של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ארכיון או מוזיאון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מקור מים ליישוב החדש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שלט רחוב או סמל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האנשים הראשונים שהתיישבו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אנשים טובים בקהילה ותערוכת השורשים המסכמת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עוזר לילדים לעבור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שכן שמשקה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הספרנית ביישוב?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ממליצה לכל ילד על ספר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שומרת על 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שותלת פרחים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בין עובד למתנדב?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מתנדב עוזר מרצונו בלי לקבל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עובד לא מקבל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מתנדב הוא תמיד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אנשים טובים בקהילה ותערוכת השורשים המסכמת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בתערוכת השורשים ליד כל חפץ שמים __________ קטן שמסביר מה רואים.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בהזמנה לתערוכה חייב להיות כתוב למי היא, מה האירוע, __________ ואיפה.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מעגלים של אנשים מקיפים אותי, ומי נמצא בכל מעגל?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למדתי על חפץ, שם או סיפור משפחתי שלא ידעתי קודם?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שורשים ומקום: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